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אדם וסביבה בעידן הגלובלי – 30 תחנות לכפר העולמי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הצמחים צמאים – מים בחקלאות ובמזון שלנו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מהי בצורת וכיצד היא משפיעה על יבול וחקלאות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המושג מים וירטואליים ואת הקשר בין מזון למים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דרכים לחיסכון במים בחקלאות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☀️ פני המים – שאלות על הטקסט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תקופה ארוכה עם הרבה פחות גשם מהרגיל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הם עלולים לעלות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כל המים שנדרשו כדי לגדל ולייצר מזון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🌊 מתחת למים – קוראים בין השורות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✅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נאמר בטקסט במפורש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בבצורת היבול קטן כי הצמחים נחלשים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יש מזונות שצריכים הרבה מים ויש שצריכים מעט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🧺 משימת מיון – מה עוזר ומה מקשה בבצורת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(עוזר בבצורת)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(עוזר בבצורת)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(מקשה בבצורת)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(מקשה בבצורת)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✏️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בצורת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יבול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וירטואליים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🐙 כתיבה פתוחה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הכוללת מאכלים הדורשים פחות מים, כגון ירקות ודגנים, והסבר אישי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תקופה ארוכה עם פחות גשם מהרגיל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המים שנדרשו לגדל ולייצר מזון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השקיה בטפטוף או זנים עמידים ליובש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בשאלה מה אכלו התלמידים הבוקר ולקשר לרעיון המים הנסתרים במזון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להדגים את משימת המיון על הלוח לפני עבודה עצמית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לגרסת החנ״מ מומלץ לוותר על הפריטים המסומנים כקשים ולהתמקד בהבנה בסיסית של בצורת ומים וירטואליים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אדם וסביבה בעידן הגלובלי – 30 תחנות לכפר העולמי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הצמחים צמאים – מים בחקלאות ובמזון שלנו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כל מזון שאנחנו אוכלים גדל בעזרת מים, גם אם לא רואים את זה בצלחת. בדף הזה נלמד על בצורת, יבול ומים וירטואליים.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יבול  ·  בצורת  ·  וירטואליים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☀️ פני המים – שאלות על 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מהי בצורת?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שיטפון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תקופה ארוכה עם הרבה פחות גשם מהרגיל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שלג בהרים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עלול לקרות למחירים בשוק כשיש פחות יבול?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הם עלולים לעלות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הם תמיד יורדים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הם לא משתנים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הם מים וירטואליים?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מים במשחקי מחשב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מי ים מלוחים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כל המים שנדרשו כדי לגדל ולייצר מזון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🌊 מתחת למים – קוראים בין השורות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✅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חקלאות היא אחד התחומים שצורכים הרבה מאוד מים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בבצורת היבול גדל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לכל המזונות דרושה אותה כמות מים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🧺 משימת מיון – מה עוזר ומה מקשה בבצורת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זנים עמידים ליובש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מקשה בבצורת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השקיה בטפטוף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מקשה בבצורת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גידול צמח צמא מאוד באזור יבש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עוזר בבצורת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השארת צינור דולף בשדה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עוזר בבצורת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✏️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תקופה ארוכה שבה יורד הרבה פחות גשם מהרגיל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כמות הפירות הירקות והגרעינים שקוטפים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מים שנדרשו כדי לגדל ולייצר מזון נקראים מים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🐙 כתיבה פתוחה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אילו הייתם צריכים לבחור תפריט חסכוני במים ליום אחד, מה היה בו? האם הייתם נהנים ממנו?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מהי בצורת?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זה מים וירטואליים?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הצמחים צמאים – מים בחקלאות ובמזון שלנו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