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מים בחקלאות ובמזון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בצורת וכיצד היא משפיעה על יבול וחקלאות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מים וירטואליים ואת הקשר בין מזון 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לחיסכון במים בחקלאות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תקופה ארוכה עם הרבה פחות גשם מהרגיל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הם עלולים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כל המים שנדרשו כדי לגדל ולייצר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היא מתייבשת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בעלי החיים שותים ואוכלים צמחים שגדלו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שהמדינה הקונה מייבאת גם את המים שהושקעו במזון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קשה יותר להשיג מזון כשהמחירים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בבצורת היבול קטן כי הצמחים נחלשים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מזונות שצריכים הרבה מים ויש שצריכים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צמחים כאלה שורדים עם פחות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נותנת מים רק איפה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משימת מיון – מה עוזר ומה מקשה בבצורת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(עוזר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(עוזר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(מקשה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(מקשה בבצורת)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(מקשה בבצורת)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✏️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וירטואליים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🐙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מאכלים הדורשים פחות מים, כגון ירקות ודגנים, והסבר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מנומקת המתייחסת לחיסכון במים ולתלות במדינות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תקופה ארוכה עם פחות גשם מהרגיל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המים שנדרשו לגדל ולייצר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השקיה בטפטוף או זנים עמידים ליובש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 אכלו התלמידים הבוקר ולקשר לרעיון המים הנסתרים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משימת המיון על הלוח לפני עבודה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החנ״מ מומלץ לוותר על הפריטים המסומנים כקשים ולהתמקד בהבנה בסיסית של בצורת ומים וירטואליים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מים בחקלאות ובמזון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אוכל צריך מים כדי לגדול. נלמד מילים חדשות: בצורת, יבול, מים וירטואליים.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ארוכה שבה יורד הרבה פחות גשם מהרגיל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הפירות הירקות והגרעינים שקוטפים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מים וירטואליים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המים שנדרשו כדי לגדל ולייצר 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חקלאות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צמחים ובעלי חיים לצורך 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השקיה בטפטוף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השקיה חסכונית שנותנת מים ישירות לשורשי הצמח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זן עמיד ליובש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צמח שיכול לגדול עם מעט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ייבוא מזון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מזון ממדינה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☀️ פני המים –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בצורת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שיטפון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תקופה ארוכה עם הרבה פחות גשם מהרגיל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עונת הקטיף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למחיר כשיש פחות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עלולים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תמיד יורדים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משתנים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השוק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מים וירטואליים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במשחקי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ים מלוחים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מזוהמים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המים שנדרשו כדי לגדל ולייצר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צורך הרבה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תעשיית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לאדמה כשאין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מתייבשת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נהיית בוצית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קופאת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🌊 מתחת למים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חלב וביצים קשורים 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מערבבים אותם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מוכרים אותם ליד ברזים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בעלי החיים שותים ואוכלים צמחים שגדלו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עשויים ממים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כשקונים אוכל ממדינה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שהמזון מגיע עם בקבוקי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שהמדינה הקונה מייבאת גם את המים שהושקעו במזון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לייבא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שהמזון מגיע בצינור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בצורת קשה לאנשים עניים?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שם אין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קשה יותר להשיג מזון כשהמחירים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שם לא אוכלים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שם חקלאים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חקלאות היא אחד התחומים שצורכים הרבה מאוד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בבצורת היבול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המזונות דרושה אותה כמות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זנים עמידים ליובש יכולים לעזור לחקלאים בשנים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בטפטוף חוסכת יותר מים מהצפת שדות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🧺 משימת מיון – מה עוזר ומה מקשה בבצורת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זנים עמידים ליובש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מקשה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השקיה בטפטוף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מקשה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גידול צמח צמא מאוד באזור 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השארת צינור דולף בשדה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בבצורת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השקיה בצהריים החמים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מקשה בבצורת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✏️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תקופה ארוכה שבה יורד הרבה פחות גשם מהרגיל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כמות הפירות הירקות והגרעינים שקוטפים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מים שנדרשו כדי לגדל ולייצר מזון נקראים 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שיטת השקיה חסכונית שנותנת מים ישירות לשורשים נקראת השקיה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כשמדינה קונה מזון ממדינה אחרת היא בעצם מייבאת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🐙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הייתם צריכים לבחור תפריט חסכוני במים ליום אחד, מה היה בו? האם הייתם נהנים ממנו?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מדינה יבשה צריכה לגדל בעצמה את רוב המזון שלה או לקנות חלק ממנו ממדינות גשומות?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בצורת?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מים וירטואליים?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לחסוך מים בחקלאות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הצמחים צמאים – מים בחקלאות ובמזון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